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725" w:rsidRDefault="00362AEB">
      <w:pPr>
        <w:spacing w:after="20"/>
        <w:jc w:val="center"/>
      </w:pPr>
      <w:bookmarkStart w:id="0" w:name="_GoBack"/>
      <w:bookmarkEnd w:id="0"/>
      <w:r>
        <w:rPr>
          <w:b/>
          <w:color w:val="142D48"/>
          <w:sz w:val="46"/>
        </w:rPr>
        <w:t>SAHIL KAUSHAL</w:t>
      </w:r>
    </w:p>
    <w:p w:rsidR="00E52725" w:rsidRDefault="00362AEB">
      <w:pPr>
        <w:spacing w:after="20"/>
        <w:jc w:val="center"/>
      </w:pPr>
      <w:r>
        <w:rPr>
          <w:b/>
          <w:color w:val="28557D"/>
          <w:sz w:val="23"/>
        </w:rPr>
        <w:t>SENIOR FLUTTER DEVELOPER</w:t>
      </w:r>
    </w:p>
    <w:p w:rsidR="00E52725" w:rsidRDefault="00362AEB">
      <w:pPr>
        <w:spacing w:after="80"/>
        <w:jc w:val="center"/>
      </w:pPr>
      <w:r>
        <w:rPr>
          <w:sz w:val="19"/>
        </w:rPr>
        <w:t>+91 7066000016  |  selfmadetechie@gmail.com</w:t>
      </w:r>
    </w:p>
    <w:p w:rsidR="00E52725" w:rsidRDefault="00362AEB">
      <w:pPr>
        <w:pStyle w:val="Heading1"/>
      </w:pPr>
      <w:r>
        <w:t>PROFESSIONAL SUMMARY</w:t>
      </w:r>
    </w:p>
    <w:p w:rsidR="00E52725" w:rsidRDefault="00362AEB">
      <w:r>
        <w:t xml:space="preserve">Senior Flutter Developer with 4+ years of experience designing, developing, testing, deploying, and maintaining production-grade cross-platform mobile </w:t>
      </w:r>
      <w:r>
        <w:t>applications for Android and iOS. Strong expertise in Flutter, Dart, BLoC, GetX, Provider, Riverpod, Clean Architecture, REST API integration, Firebase, WebSockets, real-time communication, payment gateways, subscriptions, push notifications, location serv</w:t>
      </w:r>
      <w:r>
        <w:t>ices, deep linking, local storage, and native Android/iOS integrations. Experienced across dating/social networking, wellness, healthcare, HR, SaaS, AI, marketplace, and utility applications. Skilled in performance optimization, debugging, code reviews, re</w:t>
      </w:r>
      <w:r>
        <w:t>usable component design, release management, and collaboration with backend, QA, UI/UX, and product teams.</w:t>
      </w:r>
    </w:p>
    <w:p w:rsidR="00E52725" w:rsidRDefault="00362AEB">
      <w:pPr>
        <w:pStyle w:val="Heading1"/>
      </w:pPr>
      <w:r>
        <w:t>CORE TECHNICAL SKILLS</w:t>
      </w:r>
    </w:p>
    <w:p w:rsidR="00E52725" w:rsidRDefault="00362AEB">
      <w:r>
        <w:rPr>
          <w:b/>
        </w:rPr>
        <w:t xml:space="preserve">Flutter Development: </w:t>
      </w:r>
      <w:r>
        <w:t>Flutter, Dart, Android, iOS, Cross-Platform Development, Responsive UI, Adaptive Layouts</w:t>
      </w:r>
      <w:r>
        <w:br/>
      </w:r>
      <w:r>
        <w:rPr>
          <w:b/>
        </w:rPr>
        <w:t>State Management:</w:t>
      </w:r>
      <w:r>
        <w:rPr>
          <w:b/>
        </w:rPr>
        <w:t xml:space="preserve"> </w:t>
      </w:r>
      <w:r>
        <w:t>BLoC, Cubit, GetX, Provider, Riverpod</w:t>
      </w:r>
      <w:r>
        <w:br/>
      </w:r>
      <w:r>
        <w:rPr>
          <w:b/>
        </w:rPr>
        <w:t xml:space="preserve">Architecture: </w:t>
      </w:r>
      <w:r>
        <w:t>Clean Architecture, MVVM, MVC, SOLID, Repository Pattern, Modular Architecture</w:t>
      </w:r>
      <w:r>
        <w:br/>
      </w:r>
      <w:r>
        <w:rPr>
          <w:b/>
        </w:rPr>
        <w:t xml:space="preserve">APIs &amp; Backend: </w:t>
      </w:r>
      <w:r>
        <w:t>REST APIs, Firebase, Supabase, Node.js, WebSockets, JSON, Authentication</w:t>
      </w:r>
      <w:r>
        <w:br/>
      </w:r>
      <w:r>
        <w:rPr>
          <w:b/>
        </w:rPr>
        <w:t xml:space="preserve">Mobile Integrations: </w:t>
      </w:r>
      <w:r>
        <w:t>Method Channel</w:t>
      </w:r>
      <w:r>
        <w:t>s, Deep Linking, Maps, Location Services, Media Uploads, Agora SDK, ZEGOCLOUD</w:t>
      </w:r>
      <w:r>
        <w:br/>
      </w:r>
      <w:r>
        <w:rPr>
          <w:b/>
        </w:rPr>
        <w:t xml:space="preserve">Payments &amp; Engagement: </w:t>
      </w:r>
      <w:r>
        <w:t>Stripe, Razorpay, In-App Purchases, Subscriptions, FCM, Push Notifications</w:t>
      </w:r>
      <w:r>
        <w:br/>
      </w:r>
      <w:r>
        <w:rPr>
          <w:b/>
        </w:rPr>
        <w:t xml:space="preserve">Storage &amp; Testing: </w:t>
      </w:r>
      <w:r>
        <w:t>Firestore, SQLite, Hive, Unit Testing, Widget Testing, Integr</w:t>
      </w:r>
      <w:r>
        <w:t>ation Testing, Debugging, Performance Optimization</w:t>
      </w:r>
      <w:r>
        <w:br/>
      </w:r>
      <w:r>
        <w:rPr>
          <w:b/>
        </w:rPr>
        <w:t xml:space="preserve">Tools &amp; Delivery: </w:t>
      </w:r>
      <w:r>
        <w:t>Git, Postman, Jira, Figma, App Store Connect, Google Play Console, CI/CD, Fastlane, CodeMagic, Agile, Scrum</w:t>
      </w:r>
    </w:p>
    <w:p w:rsidR="00E52725" w:rsidRDefault="00362AEB">
      <w:pPr>
        <w:pStyle w:val="Heading1"/>
      </w:pPr>
      <w:r>
        <w:t>PROFESSIONAL EXPERIENCE</w:t>
      </w:r>
    </w:p>
    <w:p w:rsidR="00E52725" w:rsidRDefault="00362AEB">
      <w:pPr>
        <w:keepNext/>
        <w:spacing w:after="0"/>
      </w:pPr>
      <w:r>
        <w:rPr>
          <w:b/>
          <w:sz w:val="21"/>
        </w:rPr>
        <w:t>Possibility Solutions Pvt. Ltd.</w:t>
      </w:r>
      <w:r>
        <w:t xml:space="preserve"> | Sahibzada Ajit Singh </w:t>
      </w:r>
      <w:r>
        <w:t>Nagar, Punjab, India</w:t>
      </w:r>
    </w:p>
    <w:p w:rsidR="00E52725" w:rsidRDefault="00362AEB">
      <w:pPr>
        <w:keepNext/>
      </w:pPr>
      <w:r>
        <w:rPr>
          <w:b/>
          <w:color w:val="193755"/>
          <w:sz w:val="19"/>
        </w:rPr>
        <w:t>Senior Flutter Developer | Dec 2021 – Present</w:t>
      </w:r>
    </w:p>
    <w:p w:rsidR="00E52725" w:rsidRDefault="00362AEB">
      <w:pPr>
        <w:pStyle w:val="ListBullet"/>
        <w:spacing w:after="22"/>
        <w:ind w:left="259" w:hanging="173"/>
      </w:pPr>
      <w:r>
        <w:t>Design, develop, maintain, test, and release production Flutter applications for Android and iOS across multiple business domains.</w:t>
      </w:r>
    </w:p>
    <w:p w:rsidR="00E52725" w:rsidRDefault="00362AEB">
      <w:pPr>
        <w:pStyle w:val="ListBullet"/>
        <w:spacing w:after="22"/>
        <w:ind w:left="259" w:hanging="173"/>
      </w:pPr>
      <w:r>
        <w:t>Translate product requirements and UI/UX designs into reus</w:t>
      </w:r>
      <w:r>
        <w:t>able, responsive, maintainable Flutter components and feature modules.</w:t>
      </w:r>
    </w:p>
    <w:p w:rsidR="00E52725" w:rsidRDefault="00362AEB">
      <w:pPr>
        <w:pStyle w:val="ListBullet"/>
        <w:spacing w:after="22"/>
        <w:ind w:left="259" w:hanging="173"/>
      </w:pPr>
      <w:r>
        <w:t xml:space="preserve">Integrate REST APIs, authentication, real-time chat and calling, subscriptions, payment gateways, push notifications, location/maps, media uploads, local storage, and platform-specific </w:t>
      </w:r>
      <w:r>
        <w:t>functionality.</w:t>
      </w:r>
    </w:p>
    <w:p w:rsidR="00E52725" w:rsidRDefault="00362AEB">
      <w:pPr>
        <w:pStyle w:val="ListBullet"/>
        <w:spacing w:after="22"/>
        <w:ind w:left="259" w:hanging="173"/>
      </w:pPr>
      <w:r>
        <w:t>Apply Clean Architecture, BLoC/GetX/Provider patterns, repository abstractions, dependency management, and reusable services to improve code maintainability and scalability.</w:t>
      </w:r>
    </w:p>
    <w:p w:rsidR="00E52725" w:rsidRDefault="00362AEB">
      <w:pPr>
        <w:pStyle w:val="ListBullet"/>
        <w:spacing w:after="22"/>
        <w:ind w:left="259" w:hanging="173"/>
      </w:pPr>
      <w:r>
        <w:t>Diagnose and resolve API, UI, state-management, device-specific, bu</w:t>
      </w:r>
      <w:r>
        <w:t>ild, performance, and production issues across Android and iOS.</w:t>
      </w:r>
    </w:p>
    <w:p w:rsidR="00E52725" w:rsidRDefault="00362AEB">
      <w:pPr>
        <w:pStyle w:val="ListBullet"/>
        <w:spacing w:after="22"/>
        <w:ind w:left="259" w:hanging="173"/>
      </w:pPr>
      <w:r>
        <w:t>Collaborate with backend developers, QA engineers, designers, and stakeholders throughout requirements analysis, implementation, testing, deployment, and post-release support.</w:t>
      </w:r>
    </w:p>
    <w:p w:rsidR="00E52725" w:rsidRDefault="00362AEB">
      <w:pPr>
        <w:pStyle w:val="ListBullet"/>
        <w:spacing w:after="22"/>
        <w:ind w:left="259" w:hanging="173"/>
      </w:pPr>
      <w:r>
        <w:t>Conduct code rev</w:t>
      </w:r>
      <w:r>
        <w:t>iews, support junior developers, participate in architecture discussions, and maintain development standards across projects.</w:t>
      </w:r>
    </w:p>
    <w:p w:rsidR="00E52725" w:rsidRDefault="00362AEB">
      <w:pPr>
        <w:pStyle w:val="ListBullet"/>
        <w:spacing w:after="22"/>
        <w:ind w:left="259" w:hanging="173"/>
      </w:pPr>
      <w:r>
        <w:t>Manage release builds and deployment workflows using Google Play Console and App Store Connect, including testing and production-r</w:t>
      </w:r>
      <w:r>
        <w:t>eadiness validation.</w:t>
      </w:r>
    </w:p>
    <w:p w:rsidR="00E52725" w:rsidRDefault="00362AEB">
      <w:r>
        <w:br w:type="page"/>
      </w:r>
    </w:p>
    <w:p w:rsidR="00E52725" w:rsidRDefault="00362AEB">
      <w:pPr>
        <w:pStyle w:val="Heading1"/>
      </w:pPr>
      <w:r>
        <w:lastRenderedPageBreak/>
        <w:t>SELECTED PROJECT EXPERIENCE</w:t>
      </w:r>
    </w:p>
    <w:p w:rsidR="00E52725" w:rsidRDefault="00362AEB">
      <w:pPr>
        <w:spacing w:before="55" w:after="25"/>
      </w:pPr>
      <w:r>
        <w:rPr>
          <w:b/>
          <w:color w:val="193755"/>
          <w:sz w:val="20"/>
        </w:rPr>
        <w:t>Soar With EFT Tapping — Wellness, EFT Tapping &amp; Meditation App</w:t>
      </w:r>
    </w:p>
    <w:p w:rsidR="00E52725" w:rsidRDefault="00362AEB">
      <w:pPr>
        <w:spacing w:after="25"/>
      </w:pPr>
      <w:r>
        <w:rPr>
          <w:b/>
        </w:rPr>
        <w:t>Technology / Focus:</w:t>
      </w:r>
      <w:r>
        <w:t>Flutter, Dart, REST APIs, Media/Video, Progress Tracking, Journaling, Subscriptions, In-App Purchases</w:t>
      </w:r>
    </w:p>
    <w:p w:rsidR="00E52725" w:rsidRDefault="00362AEB">
      <w:pPr>
        <w:numPr>
          <w:ilvl w:val="0"/>
          <w:numId w:val="1"/>
        </w:numPr>
        <w:spacing w:after="18"/>
      </w:pPr>
      <w:r>
        <w:t>Developed and maintai</w:t>
      </w:r>
      <w:r>
        <w:t>ned a wellness application centered on Emotional Freedom Techniques (EFT), guided tapping, meditation, stress relief, emotional healing, and personal-growth content.</w:t>
      </w:r>
    </w:p>
    <w:p w:rsidR="00E52725" w:rsidRDefault="00362AEB">
      <w:pPr>
        <w:numPr>
          <w:ilvl w:val="0"/>
          <w:numId w:val="1"/>
        </w:numPr>
        <w:spacing w:after="18"/>
      </w:pPr>
      <w:r>
        <w:t xml:space="preserve">Built mobile experiences around a large guided-session library spanning relationships, </w:t>
      </w:r>
      <w:r>
        <w:t>fears and phobias, body image, sleep, business and wealth, emotional support, meditation, and other wellness categories.</w:t>
      </w:r>
    </w:p>
    <w:p w:rsidR="00E52725" w:rsidRDefault="00362AEB">
      <w:pPr>
        <w:numPr>
          <w:ilvl w:val="0"/>
          <w:numId w:val="1"/>
        </w:numPr>
        <w:spacing w:after="18"/>
      </w:pPr>
      <w:r>
        <w:t>Implemented user-engagement workflows including progress tracking, personal goal setting, journaling after sessions, saved favorites, q</w:t>
      </w:r>
      <w:r>
        <w:t>uick-boost sessions, and content discovery.</w:t>
      </w:r>
    </w:p>
    <w:p w:rsidR="00E52725" w:rsidRDefault="00362AEB">
      <w:pPr>
        <w:numPr>
          <w:ilvl w:val="0"/>
          <w:numId w:val="1"/>
        </w:numPr>
        <w:spacing w:after="18"/>
      </w:pPr>
      <w:r>
        <w:t>Worked on free-versus-premium access and monthly/yearly subscription flows, enabling gated premium tapping content while maintaining free guided-session access.</w:t>
      </w:r>
    </w:p>
    <w:p w:rsidR="00E52725" w:rsidRDefault="00362AEB">
      <w:pPr>
        <w:numPr>
          <w:ilvl w:val="0"/>
          <w:numId w:val="1"/>
        </w:numPr>
        <w:spacing w:after="18"/>
      </w:pPr>
      <w:r>
        <w:t>Handled media-rich UI, API-driven content, asynchro</w:t>
      </w:r>
      <w:r>
        <w:t>nous state management, loading/error states, responsive layouts, debugging, performance optimization, and production Android/iOS support.</w:t>
      </w:r>
    </w:p>
    <w:p w:rsidR="00E52725" w:rsidRDefault="00362AEB">
      <w:pPr>
        <w:spacing w:before="55" w:after="25"/>
      </w:pPr>
      <w:r>
        <w:rPr>
          <w:b/>
          <w:color w:val="193755"/>
          <w:sz w:val="20"/>
        </w:rPr>
        <w:t>Playdate — Single Parent Dating App</w:t>
      </w:r>
    </w:p>
    <w:p w:rsidR="00E52725" w:rsidRDefault="00362AEB">
      <w:pPr>
        <w:spacing w:after="25"/>
      </w:pPr>
      <w:r>
        <w:rPr>
          <w:b/>
        </w:rPr>
        <w:t>Technology / Focus:</w:t>
      </w:r>
      <w:r>
        <w:t xml:space="preserve">Flutter, Dart, REST APIs, Location, Profiles, Messaging, </w:t>
      </w:r>
      <w:r>
        <w:t>Audio/Video, Premium Membership</w:t>
      </w:r>
    </w:p>
    <w:p w:rsidR="00E52725" w:rsidRDefault="00362AEB">
      <w:pPr>
        <w:numPr>
          <w:ilvl w:val="0"/>
          <w:numId w:val="1"/>
        </w:numPr>
        <w:spacing w:after="18"/>
      </w:pPr>
      <w:r>
        <w:t>Developed and maintained a dating application designed specifically for single parents, supporting profile creation, location-based discovery, meaningful connections, and direct communication.</w:t>
      </w:r>
    </w:p>
    <w:p w:rsidR="00E52725" w:rsidRDefault="00362AEB">
      <w:pPr>
        <w:numPr>
          <w:ilvl w:val="0"/>
          <w:numId w:val="1"/>
        </w:numPr>
        <w:spacing w:after="18"/>
      </w:pPr>
      <w:r>
        <w:t>Implemented discovery logic and</w:t>
      </w:r>
      <w:r>
        <w:t xml:space="preserve"> user flows that use profile information and location to surface relevant single-parent profiles rather than relying only on conventional swipe-based interaction.</w:t>
      </w:r>
    </w:p>
    <w:p w:rsidR="00E52725" w:rsidRDefault="00362AEB">
      <w:pPr>
        <w:numPr>
          <w:ilvl w:val="0"/>
          <w:numId w:val="1"/>
        </w:numPr>
        <w:spacing w:after="18"/>
      </w:pPr>
      <w:r>
        <w:t>Worked on message-request and communication experiences, profile viewing, account management,</w:t>
      </w:r>
      <w:r>
        <w:t xml:space="preserve"> media handling, and location-aware matching workflows.</w:t>
      </w:r>
    </w:p>
    <w:p w:rsidR="00E52725" w:rsidRDefault="00362AEB">
      <w:pPr>
        <w:numPr>
          <w:ilvl w:val="0"/>
          <w:numId w:val="1"/>
        </w:numPr>
        <w:spacing w:after="18"/>
      </w:pPr>
      <w:r>
        <w:t>Supported premium functionality including profile-view visibility, access to full profiles, audio/video messaging, and privacy controls that allow users to hide their profile from specified people.</w:t>
      </w:r>
    </w:p>
    <w:p w:rsidR="00E52725" w:rsidRDefault="00362AEB">
      <w:pPr>
        <w:numPr>
          <w:ilvl w:val="0"/>
          <w:numId w:val="1"/>
        </w:numPr>
        <w:spacing w:after="18"/>
      </w:pPr>
      <w:r>
        <w:t>In</w:t>
      </w:r>
      <w:r>
        <w:t>tegrated backend APIs and managed authentication, dynamic user data, asynchronous state, error handling, performance, debugging, and Android/iOS release support.</w:t>
      </w:r>
    </w:p>
    <w:p w:rsidR="00E52725" w:rsidRDefault="00362AEB">
      <w:pPr>
        <w:spacing w:before="55" w:after="25"/>
      </w:pPr>
      <w:r>
        <w:rPr>
          <w:b/>
          <w:color w:val="193755"/>
          <w:sz w:val="20"/>
        </w:rPr>
        <w:t>Reely Restless — Fishing Guide App</w:t>
      </w:r>
    </w:p>
    <w:p w:rsidR="00E52725" w:rsidRDefault="00362AEB">
      <w:pPr>
        <w:spacing w:after="25"/>
      </w:pPr>
      <w:r>
        <w:rPr>
          <w:b/>
        </w:rPr>
        <w:t>Technology / Focus:</w:t>
      </w:r>
      <w:r>
        <w:t>Flutter, Dart, REST APIs, Location-Orien</w:t>
      </w:r>
      <w:r>
        <w:t>ted Workflows, Responsive Mobile UI</w:t>
      </w:r>
    </w:p>
    <w:p w:rsidR="00E52725" w:rsidRDefault="00362AEB">
      <w:pPr>
        <w:numPr>
          <w:ilvl w:val="0"/>
          <w:numId w:val="1"/>
        </w:numPr>
        <w:spacing w:after="18"/>
      </w:pPr>
      <w:r>
        <w:t>Developed and maintained Flutter functionality for a fishing-focused mobile guide application designed to support users with accessible information and mobile-first outdoor workflows.</w:t>
      </w:r>
    </w:p>
    <w:p w:rsidR="00E52725" w:rsidRDefault="00362AEB">
      <w:pPr>
        <w:numPr>
          <w:ilvl w:val="0"/>
          <w:numId w:val="1"/>
        </w:numPr>
        <w:spacing w:after="18"/>
      </w:pPr>
      <w:r>
        <w:t>Implemented reusable screens, naviga</w:t>
      </w:r>
      <w:r>
        <w:t>tion, API-driven data presentation, location-oriented functionality, responsive layouts, and consistent application state handling.</w:t>
      </w:r>
    </w:p>
    <w:p w:rsidR="00E52725" w:rsidRDefault="00362AEB">
      <w:pPr>
        <w:numPr>
          <w:ilvl w:val="0"/>
          <w:numId w:val="1"/>
        </w:numPr>
        <w:spacing w:after="18"/>
      </w:pPr>
      <w:r>
        <w:t>Worked on asynchronous API integration, loading and error states, debugging, performance optimization, device testing, and p</w:t>
      </w:r>
      <w:r>
        <w:t>roduction-quality Android/iOS behavior.</w:t>
      </w:r>
    </w:p>
    <w:p w:rsidR="00E52725" w:rsidRDefault="00362AEB">
      <w:pPr>
        <w:numPr>
          <w:ilvl w:val="0"/>
          <w:numId w:val="1"/>
        </w:numPr>
        <w:spacing w:after="18"/>
      </w:pPr>
      <w:r>
        <w:t>Supported application maintenance, feature enhancements, build validation, and release readiness across mobile platforms.</w:t>
      </w:r>
    </w:p>
    <w:p w:rsidR="00E52725" w:rsidRDefault="00362AEB">
      <w:pPr>
        <w:spacing w:before="55" w:after="25"/>
      </w:pPr>
      <w:r>
        <w:rPr>
          <w:b/>
          <w:color w:val="193755"/>
          <w:sz w:val="20"/>
        </w:rPr>
        <w:t>SAFADO — Gay Dating, Social Discovery &amp; Chat App</w:t>
      </w:r>
    </w:p>
    <w:p w:rsidR="00E52725" w:rsidRDefault="00362AEB">
      <w:pPr>
        <w:spacing w:after="25"/>
      </w:pPr>
      <w:r>
        <w:rPr>
          <w:b/>
        </w:rPr>
        <w:t>Technology / Focus:</w:t>
      </w:r>
      <w:r>
        <w:t xml:space="preserve">Flutter, Dart, REST APIs, </w:t>
      </w:r>
      <w:r>
        <w:t>Live Location, Maps, Real-Time Chat, Calls, Media, Filters, Subscriptions</w:t>
      </w:r>
    </w:p>
    <w:p w:rsidR="00E52725" w:rsidRDefault="00362AEB">
      <w:pPr>
        <w:numPr>
          <w:ilvl w:val="0"/>
          <w:numId w:val="1"/>
        </w:numPr>
        <w:spacing w:after="18"/>
      </w:pPr>
      <w:r>
        <w:t xml:space="preserve">Developed and maintained a modern location-based dating and social discovery application for LGBTQ+ users, supporting nearby and global profile discovery, connections, and real-time </w:t>
      </w:r>
      <w:r>
        <w:t>communication.</w:t>
      </w:r>
    </w:p>
    <w:p w:rsidR="00E52725" w:rsidRDefault="00362AEB">
      <w:pPr>
        <w:numPr>
          <w:ilvl w:val="0"/>
          <w:numId w:val="1"/>
        </w:numPr>
        <w:spacing w:after="18"/>
      </w:pPr>
      <w:r>
        <w:t>Implemented live-location discovery and interactive Map View experiences that allow users to explore nearby profiles and move directly from discovery into profile viewing and conversations.</w:t>
      </w:r>
    </w:p>
    <w:p w:rsidR="00E52725" w:rsidRDefault="00362AEB">
      <w:pPr>
        <w:numPr>
          <w:ilvl w:val="0"/>
          <w:numId w:val="1"/>
        </w:numPr>
        <w:spacing w:after="18"/>
      </w:pPr>
      <w:r>
        <w:t>Worked on real-time online/active status, fast mess</w:t>
      </w:r>
      <w:r>
        <w:t>aging, profile discovery, and filters based on distance, age, and interests.</w:t>
      </w:r>
    </w:p>
    <w:p w:rsidR="00E52725" w:rsidRDefault="00362AEB">
      <w:pPr>
        <w:numPr>
          <w:ilvl w:val="0"/>
          <w:numId w:val="1"/>
        </w:numPr>
        <w:spacing w:after="18"/>
      </w:pPr>
      <w:r>
        <w:t>Implemented profile and interaction controls including visibility settings, block/report functionality, multilingual experiences, and privacy/safety-oriented user flows.</w:t>
      </w:r>
    </w:p>
    <w:p w:rsidR="00E52725" w:rsidRDefault="00362AEB">
      <w:pPr>
        <w:numPr>
          <w:ilvl w:val="0"/>
          <w:numId w:val="1"/>
        </w:numPr>
        <w:spacing w:after="18"/>
      </w:pPr>
      <w:r>
        <w:t>Supported</w:t>
      </w:r>
      <w:r>
        <w:t xml:space="preserve"> production enhancements around chat reactions, boosted-profile visibility, friend-request flows, calls, photo uploads, profile cards, Moments/media experiences, and chat stability.</w:t>
      </w:r>
    </w:p>
    <w:p w:rsidR="00E52725" w:rsidRDefault="00362AEB">
      <w:pPr>
        <w:numPr>
          <w:ilvl w:val="0"/>
          <w:numId w:val="1"/>
        </w:numPr>
        <w:spacing w:after="18"/>
      </w:pPr>
      <w:r>
        <w:t>Integrated APIs and managed complex asynchronous state for profiles, disco</w:t>
      </w:r>
      <w:r>
        <w:t>very, chat, media, location, subscriptions, and dynamic content while optimizing performance and Android/iOS releases.</w:t>
      </w:r>
    </w:p>
    <w:p w:rsidR="00E52725" w:rsidRDefault="00362AEB">
      <w:pPr>
        <w:spacing w:before="55" w:after="25"/>
      </w:pPr>
      <w:r>
        <w:rPr>
          <w:b/>
          <w:color w:val="193755"/>
          <w:sz w:val="20"/>
        </w:rPr>
        <w:t>MeetSpa — Salon Suite &amp; Booth Rental Marketplace</w:t>
      </w:r>
    </w:p>
    <w:p w:rsidR="00E52725" w:rsidRDefault="00362AEB">
      <w:pPr>
        <w:spacing w:after="25"/>
      </w:pPr>
      <w:r>
        <w:rPr>
          <w:b/>
        </w:rPr>
        <w:t>Technology / Focus:</w:t>
      </w:r>
      <w:r>
        <w:t>Flutter, Dart, GetX, Clean Architecture, Stripe, Location, Booking, N</w:t>
      </w:r>
      <w:r>
        <w:t>otifications, Media Uploads</w:t>
      </w:r>
    </w:p>
    <w:p w:rsidR="00E52725" w:rsidRDefault="00362AEB">
      <w:pPr>
        <w:numPr>
          <w:ilvl w:val="0"/>
          <w:numId w:val="1"/>
        </w:numPr>
        <w:spacing w:after="18"/>
      </w:pPr>
      <w:r>
        <w:t>Developed a two-sided marketplace connecting beauty and health professionals with salon/spa owners offering flexible suites, booths, chairs, and workspaces for rent by day, week, or month.</w:t>
      </w:r>
    </w:p>
    <w:p w:rsidR="00E52725" w:rsidRDefault="00362AEB">
      <w:pPr>
        <w:numPr>
          <w:ilvl w:val="0"/>
          <w:numId w:val="1"/>
        </w:numPr>
        <w:spacing w:after="18"/>
      </w:pPr>
      <w:r>
        <w:t xml:space="preserve">Built search and discovery workflows </w:t>
      </w:r>
      <w:r>
        <w:t>for professionals to find spaces by location, workspace category, price, amenities, and availability, with booking and scheduling management inside the mobile app.</w:t>
      </w:r>
    </w:p>
    <w:p w:rsidR="00E52725" w:rsidRDefault="00362AEB">
      <w:pPr>
        <w:numPr>
          <w:ilvl w:val="0"/>
          <w:numId w:val="1"/>
        </w:numPr>
        <w:spacing w:after="18"/>
      </w:pPr>
      <w:r>
        <w:t>Implemented host workflows for listing unused salon spaces, managing availability and bookin</w:t>
      </w:r>
      <w:r>
        <w:t>gs, and monetizing suites or booths while supporting professional and host role-based experiences.</w:t>
      </w:r>
    </w:p>
    <w:p w:rsidR="00E52725" w:rsidRDefault="00362AEB">
      <w:pPr>
        <w:numPr>
          <w:ilvl w:val="0"/>
          <w:numId w:val="1"/>
        </w:numPr>
        <w:spacing w:after="18"/>
      </w:pPr>
      <w:r>
        <w:t>Integrated Stripe-based secure payments, booking flows, cancellation/dispute-oriented experiences, location services, media uploads, notifications, and real-</w:t>
      </w:r>
      <w:r>
        <w:t>time availability.</w:t>
      </w:r>
    </w:p>
    <w:p w:rsidR="00E52725" w:rsidRDefault="00362AEB">
      <w:pPr>
        <w:numPr>
          <w:ilvl w:val="0"/>
          <w:numId w:val="1"/>
        </w:numPr>
        <w:spacing w:after="18"/>
      </w:pPr>
      <w:r>
        <w:t>Worked on earnings/wallet experiences, premium/boost functionality, UI/UX refinements, loading-speed improvements, performance optimization, stability fixes, and Android/iOS release maintenance.</w:t>
      </w:r>
    </w:p>
    <w:p w:rsidR="00E52725" w:rsidRDefault="00362AEB">
      <w:pPr>
        <w:spacing w:before="55" w:after="25"/>
      </w:pPr>
      <w:r>
        <w:rPr>
          <w:b/>
          <w:color w:val="193755"/>
          <w:sz w:val="20"/>
        </w:rPr>
        <w:t>PandaBo — AI Study Planner</w:t>
      </w:r>
    </w:p>
    <w:p w:rsidR="00E52725" w:rsidRDefault="00362AEB">
      <w:pPr>
        <w:spacing w:after="25"/>
      </w:pPr>
      <w:r>
        <w:rPr>
          <w:b/>
        </w:rPr>
        <w:t>Technology / Fo</w:t>
      </w:r>
      <w:r>
        <w:rPr>
          <w:b/>
        </w:rPr>
        <w:t>cus:</w:t>
      </w:r>
      <w:r>
        <w:t>Flutter, Dart, BLoC, Clean Architecture, REST APIs, Task &amp; Progress Management</w:t>
      </w:r>
    </w:p>
    <w:p w:rsidR="00E52725" w:rsidRDefault="00362AEB">
      <w:pPr>
        <w:numPr>
          <w:ilvl w:val="0"/>
          <w:numId w:val="1"/>
        </w:numPr>
        <w:spacing w:after="18"/>
      </w:pPr>
      <w:r>
        <w:t>Developed an AI-powered study-planning application with intelligent scheduling, task and homework management, test reminders, study streaks, and progress tracking.</w:t>
      </w:r>
    </w:p>
    <w:p w:rsidR="00E52725" w:rsidRDefault="00362AEB">
      <w:pPr>
        <w:numPr>
          <w:ilvl w:val="0"/>
          <w:numId w:val="1"/>
        </w:numPr>
        <w:spacing w:after="18"/>
      </w:pPr>
      <w:r>
        <w:lastRenderedPageBreak/>
        <w:t>Built dis</w:t>
      </w:r>
      <w:r>
        <w:t>traction-reduction and focus-oriented experiences, including Lock Mode, alongside dashboards for achievements, learning progress, and study insights.</w:t>
      </w:r>
    </w:p>
    <w:p w:rsidR="00E52725" w:rsidRDefault="00362AEB">
      <w:pPr>
        <w:numPr>
          <w:ilvl w:val="0"/>
          <w:numId w:val="1"/>
        </w:numPr>
        <w:spacing w:after="18"/>
      </w:pPr>
      <w:r>
        <w:t>Applied BLoC and Clean Architecture principles to separate presentation, business logic, and data layers a</w:t>
      </w:r>
      <w:r>
        <w:t>nd improve maintainability of feature development.</w:t>
      </w:r>
    </w:p>
    <w:p w:rsidR="00E52725" w:rsidRDefault="00362AEB">
      <w:pPr>
        <w:numPr>
          <w:ilvl w:val="0"/>
          <w:numId w:val="1"/>
        </w:numPr>
        <w:spacing w:after="18"/>
      </w:pPr>
      <w:r>
        <w:t>Integrated backend-driven data, reusable UI components, state/error handling, and production Android/iOS workflows.</w:t>
      </w:r>
    </w:p>
    <w:p w:rsidR="00E52725" w:rsidRDefault="00362AEB">
      <w:pPr>
        <w:spacing w:before="55" w:after="25"/>
      </w:pPr>
      <w:r>
        <w:rPr>
          <w:b/>
          <w:color w:val="193755"/>
          <w:sz w:val="20"/>
        </w:rPr>
        <w:t>Soma — Guided Pain Relief &amp; Mobility App</w:t>
      </w:r>
    </w:p>
    <w:p w:rsidR="00E52725" w:rsidRDefault="00362AEB">
      <w:pPr>
        <w:spacing w:after="25"/>
      </w:pPr>
      <w:r>
        <w:rPr>
          <w:b/>
        </w:rPr>
        <w:t>Technology / Focus:</w:t>
      </w:r>
      <w:r>
        <w:t>Flutter, Dart, GetX, Clean Ar</w:t>
      </w:r>
      <w:r>
        <w:t>chitecture, Audio Sessions, Structured Programs</w:t>
      </w:r>
    </w:p>
    <w:p w:rsidR="00E52725" w:rsidRDefault="00362AEB">
      <w:pPr>
        <w:numPr>
          <w:ilvl w:val="0"/>
          <w:numId w:val="1"/>
        </w:numPr>
        <w:spacing w:after="18"/>
      </w:pPr>
      <w:r>
        <w:t>Developed a healthcare and physiotherapy application delivering guided recovery, mobility, and wellness programs through structured day-wise exercise plans.</w:t>
      </w:r>
    </w:p>
    <w:p w:rsidR="00E52725" w:rsidRDefault="00362AEB">
      <w:pPr>
        <w:numPr>
          <w:ilvl w:val="0"/>
          <w:numId w:val="1"/>
        </w:numPr>
        <w:spacing w:after="18"/>
      </w:pPr>
      <w:r>
        <w:t>Implemented audio-assisted exercise sessions and co</w:t>
      </w:r>
      <w:r>
        <w:t>ntent-driven workflows to guide users through recovery activities and wellness education.</w:t>
      </w:r>
    </w:p>
    <w:p w:rsidR="00E52725" w:rsidRDefault="00362AEB">
      <w:pPr>
        <w:numPr>
          <w:ilvl w:val="0"/>
          <w:numId w:val="1"/>
        </w:numPr>
        <w:spacing w:after="18"/>
      </w:pPr>
      <w:r>
        <w:t>Built reusable mobile UI and navigation flows, integrated APIs, managed application state with GetX, and supported testing, debugging, optimization, and releases.</w:t>
      </w:r>
    </w:p>
    <w:p w:rsidR="00E52725" w:rsidRDefault="00362AEB">
      <w:pPr>
        <w:spacing w:before="55" w:after="25"/>
      </w:pPr>
      <w:r>
        <w:rPr>
          <w:b/>
          <w:color w:val="193755"/>
          <w:sz w:val="20"/>
        </w:rPr>
        <w:t>Pun</w:t>
      </w:r>
      <w:r>
        <w:rPr>
          <w:b/>
          <w:color w:val="193755"/>
          <w:sz w:val="20"/>
        </w:rPr>
        <w:t>ching — HR &amp; Workforce Management</w:t>
      </w:r>
    </w:p>
    <w:p w:rsidR="00E52725" w:rsidRDefault="00362AEB">
      <w:pPr>
        <w:spacing w:after="25"/>
      </w:pPr>
      <w:r>
        <w:rPr>
          <w:b/>
        </w:rPr>
        <w:t>Technology / Focus:</w:t>
      </w:r>
      <w:r>
        <w:t>Flutter, Dart, GetX, REST APIs, Notifications, Subscriptions, Device Integrations, Real-Time Features</w:t>
      </w:r>
    </w:p>
    <w:p w:rsidR="00E52725" w:rsidRDefault="00362AEB">
      <w:pPr>
        <w:numPr>
          <w:ilvl w:val="0"/>
          <w:numId w:val="1"/>
        </w:numPr>
        <w:spacing w:after="18"/>
      </w:pPr>
      <w:r>
        <w:t xml:space="preserve">Developed and maintained a comprehensive workforce-management application covering attendance, </w:t>
      </w:r>
      <w:r>
        <w:t>check-in/check-out, employee management, leave, work history, tasks, payroll-related workflows, company assets, permissions, and administration.</w:t>
      </w:r>
    </w:p>
    <w:p w:rsidR="00E52725" w:rsidRDefault="00362AEB">
      <w:pPr>
        <w:numPr>
          <w:ilvl w:val="0"/>
          <w:numId w:val="1"/>
        </w:numPr>
        <w:spacing w:after="18"/>
      </w:pPr>
      <w:r>
        <w:t>Integrated authentication, role-based access, subscription/payment flows, notifications, device information, ti</w:t>
      </w:r>
      <w:r>
        <w:t>mezone/local-time conversion, pagination, filters, and backend-driven configuration.</w:t>
      </w:r>
    </w:p>
    <w:p w:rsidR="00E52725" w:rsidRDefault="00362AEB">
      <w:pPr>
        <w:numPr>
          <w:ilvl w:val="0"/>
          <w:numId w:val="1"/>
        </w:numPr>
        <w:spacing w:after="18"/>
      </w:pPr>
      <w:r>
        <w:t>Worked on employee/admin/super-admin modules, current-task workflows, performance and daily-status features, subscription management, feedback, share-market modules, and c</w:t>
      </w:r>
      <w:r>
        <w:t>hat-related integrations.</w:t>
      </w:r>
    </w:p>
    <w:p w:rsidR="00E52725" w:rsidRDefault="00362AEB">
      <w:pPr>
        <w:numPr>
          <w:ilvl w:val="0"/>
          <w:numId w:val="1"/>
        </w:numPr>
        <w:spacing w:after="18"/>
      </w:pPr>
      <w:r>
        <w:t>Optimized API-driven screens and refresh behavior, resolved complex UI/state/device issues, supported QA cycles, and handled Android/iOS build and production-release validation.</w:t>
      </w:r>
    </w:p>
    <w:p w:rsidR="00E52725" w:rsidRDefault="00362AEB">
      <w:pPr>
        <w:pStyle w:val="Heading1"/>
      </w:pPr>
      <w:r>
        <w:t>EDUCATION</w:t>
      </w:r>
    </w:p>
    <w:p w:rsidR="00E52725" w:rsidRDefault="00362AEB">
      <w:pPr>
        <w:spacing w:after="0"/>
      </w:pPr>
      <w:r>
        <w:rPr>
          <w:b/>
          <w:sz w:val="19"/>
        </w:rPr>
        <w:t>Bachelor of Arts (BA)</w:t>
      </w:r>
    </w:p>
    <w:p w:rsidR="00E52725" w:rsidRDefault="00362AEB">
      <w:r>
        <w:t>Monad University, Ut</w:t>
      </w:r>
      <w:r>
        <w:t>tar Pradesh</w:t>
      </w:r>
    </w:p>
    <w:p w:rsidR="00E52725" w:rsidRDefault="00362AEB">
      <w:pPr>
        <w:spacing w:after="0"/>
      </w:pPr>
      <w:r>
        <w:rPr>
          <w:b/>
          <w:sz w:val="19"/>
        </w:rPr>
        <w:t>Senior Secondary School</w:t>
      </w:r>
    </w:p>
    <w:p w:rsidR="00E52725" w:rsidRDefault="00362AEB">
      <w:r>
        <w:t>Ramgarh Sikri | 2016 – 2018</w:t>
      </w:r>
    </w:p>
    <w:p w:rsidR="00E52725" w:rsidRDefault="00362AEB">
      <w:pPr>
        <w:spacing w:after="0"/>
      </w:pPr>
      <w:r>
        <w:rPr>
          <w:b/>
          <w:sz w:val="19"/>
        </w:rPr>
        <w:t>Secondary School</w:t>
      </w:r>
    </w:p>
    <w:p w:rsidR="00E52725" w:rsidRDefault="00362AEB">
      <w:r>
        <w:t>Dream Public School | 2014 – 2016</w:t>
      </w:r>
    </w:p>
    <w:p w:rsidR="00E52725" w:rsidRDefault="00362AEB">
      <w:pPr>
        <w:pStyle w:val="Heading1"/>
      </w:pPr>
      <w:r>
        <w:t>LANGUAGES</w:t>
      </w:r>
    </w:p>
    <w:p w:rsidR="00E52725" w:rsidRDefault="00362AEB">
      <w:r>
        <w:t>English | Hindi | Punjabi</w:t>
      </w:r>
    </w:p>
    <w:sectPr w:rsidR="00E52725" w:rsidSect="00034616">
      <w:footerReference w:type="default" r:id="rId9"/>
      <w:pgSz w:w="11909" w:h="16834"/>
      <w:pgMar w:top="648" w:right="864" w:bottom="64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AEB" w:rsidRDefault="00362AEB">
      <w:pPr>
        <w:spacing w:after="0" w:line="240" w:lineRule="auto"/>
      </w:pPr>
      <w:r>
        <w:separator/>
      </w:r>
    </w:p>
  </w:endnote>
  <w:endnote w:type="continuationSeparator" w:id="0">
    <w:p w:rsidR="00362AEB" w:rsidRDefault="00362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725" w:rsidRDefault="00362AEB">
    <w:pPr>
      <w:pStyle w:val="Footer"/>
      <w:jc w:val="center"/>
    </w:pPr>
    <w:r>
      <w:rPr>
        <w:color w:val="787878"/>
        <w:sz w:val="16"/>
      </w:rPr>
      <w:t xml:space="preserve">Sahil Kaushal | Senior Flutter </w:t>
    </w:r>
    <w:r>
      <w:rPr>
        <w:color w:val="787878"/>
        <w:sz w:val="16"/>
      </w:rPr>
      <w:t>Developer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AEB" w:rsidRDefault="00362AEB">
      <w:pPr>
        <w:spacing w:after="0" w:line="240" w:lineRule="auto"/>
      </w:pPr>
      <w:r>
        <w:separator/>
      </w:r>
    </w:p>
  </w:footnote>
  <w:footnote w:type="continuationSeparator" w:id="0">
    <w:p w:rsidR="00362AEB" w:rsidRDefault="00362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2AEB"/>
    <w:rsid w:val="003D39EE"/>
    <w:rsid w:val="00AA1D8D"/>
    <w:rsid w:val="00B47730"/>
    <w:rsid w:val="00CB0664"/>
    <w:rsid w:val="00E527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9375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9375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7454B7-74EC-4EFB-AF4D-7B5AEED26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IT</cp:lastModifiedBy>
  <cp:revision>2</cp:revision>
  <dcterms:created xsi:type="dcterms:W3CDTF">2026-10-28T08:03:00Z</dcterms:created>
  <dcterms:modified xsi:type="dcterms:W3CDTF">2026-10-28T08:03:00Z</dcterms:modified>
</cp:coreProperties>
</file>